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533400" cy="4690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o_emble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690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 w:lineRule="exact" w:line="330"/>
        <w:jc w:val="center"/>
      </w:pPr>
      <w:r>
        <w:rPr>
          <w:rFonts w:ascii="Times New Roman" w:hAnsi="Times New Roman" w:cs="Times New Roman" w:eastAsia="Times New Roman"/>
          <w:b w:val="0"/>
          <w:sz w:val="24"/>
          <w:szCs w:val="24"/>
        </w:rPr>
        <w:t>LAO PEOPLE'S DEMOCRATIC REPUBLIC</w:t>
      </w:r>
    </w:p>
    <w:p>
      <w:pPr>
        <w:spacing w:before="0" w:after="0" w:lineRule="exact" w:line="330"/>
        <w:jc w:val="center"/>
      </w:pPr>
      <w:r>
        <w:rPr>
          <w:rFonts w:ascii="Times New Roman" w:hAnsi="Times New Roman" w:cs="Times New Roman" w:eastAsia="Times New Roman"/>
          <w:b w:val="0"/>
          <w:sz w:val="24"/>
          <w:szCs w:val="24"/>
        </w:rPr>
        <w:t>PEACE INDEPENDENCE DEMOCRACY UNITY PROSPERITY</w:t>
      </w:r>
    </w:p>
    <w:p>
      <w:pPr>
        <w:spacing w:before="80" w:after="0" w:lineRule="exact" w:line="520"/>
        <w:jc w:val="center"/>
      </w:pPr>
      <w:r>
        <w:rPr>
          <w:rFonts w:ascii="Times New Roman" w:hAnsi="Times New Roman" w:cs="Times New Roman" w:eastAsia="Times New Roman"/>
          <w:b/>
          <w:sz w:val="32"/>
          <w:szCs w:val="32"/>
          <w:bCs/>
        </w:rPr>
        <w:t>BRIEF BIOGRAPHY</w:t>
      </w:r>
    </w:p>
    <w:p>
      <w:pPr>
        <w:spacing w:before="40" w:after="0" w:lineRule="exact" w:line="390"/>
        <w:ind w:firstLine="240"/>
        <w:jc w:val="left"/>
      </w:pPr>
      <w:r>
        <w:rPr>
          <w:rFonts w:ascii="Times New Roman" w:hAnsi="Times New Roman" w:cs="Times New Roman" w:eastAsia="Times New Roman"/>
          <w:b/>
          <w:sz w:val="26"/>
          <w:szCs w:val="26"/>
          <w:bCs/>
        </w:rPr>
        <w:t>1.  Personal Details:</w:t>
      </w:r>
    </w:p>
    <w:p>
      <w:pPr>
        <w:tabs>
          <w:tab w:pos="5506" w:val="left" w:leader="dot"/>
          <w:tab w:pos="9046" w:val="right" w:leader="dot"/>
        </w:tabs>
        <w:spacing w:before="0" w:after="0" w:lineRule="exact" w:line="330"/>
        <w:jc w:val="left"/>
      </w:pP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Full name: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  Date of birth: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</w:p>
    <w:p>
      <w:pPr>
        <w:tabs>
          <w:tab w:pos="3890" w:val="left" w:leader="dot"/>
          <w:tab w:pos="6400" w:val="left" w:leader="dot"/>
          <w:tab w:pos="9046" w:val="right" w:leader="dot"/>
        </w:tabs>
        <w:spacing w:before="0" w:after="0" w:lineRule="exact" w:line="330"/>
        <w:jc w:val="left"/>
      </w:pP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Place of birth:  Village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  District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  Province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</w:p>
    <w:p>
      <w:pPr>
        <w:tabs>
          <w:tab w:pos="1728" w:val="left" w:leader="dot"/>
          <w:tab w:pos="4196" w:val="left" w:leader="dot"/>
          <w:tab w:pos="6838" w:val="left" w:leader="dot"/>
          <w:tab w:pos="9046" w:val="right" w:leader="dot"/>
        </w:tabs>
        <w:spacing w:before="0" w:after="0" w:lineRule="exact" w:line="330"/>
        <w:jc w:val="left"/>
      </w:pP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Race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  Nationality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  Ethnic group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  Religion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</w:p>
    <w:p>
      <w:pPr>
        <w:tabs>
          <w:tab w:pos="2950" w:val="left" w:leader="dot"/>
          <w:tab w:pos="4708" w:val="left" w:leader="dot"/>
          <w:tab w:pos="7290" w:val="left" w:leader="dot"/>
          <w:tab w:pos="9046" w:val="right" w:leader="dot"/>
        </w:tabs>
        <w:spacing w:before="0" w:after="0" w:lineRule="exact" w:line="330"/>
        <w:jc w:val="left"/>
      </w:pP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Family Book No.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  Dated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  ID Card No.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  Dated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</w:p>
    <w:p>
      <w:pPr>
        <w:tabs>
          <w:tab w:pos="3966" w:val="left" w:leader="dot"/>
          <w:tab w:pos="9046" w:val="right" w:leader="dot"/>
        </w:tabs>
        <w:spacing w:before="0" w:after="0" w:lineRule="exact" w:line="330"/>
        <w:jc w:val="left"/>
      </w:pP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Education level: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  Professional qualification: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</w:p>
    <w:p>
      <w:pPr>
        <w:tabs>
          <w:tab w:pos="4198" w:val="left" w:leader="dot"/>
          <w:tab w:pos="9046" w:val="right" w:leader="dot"/>
        </w:tabs>
        <w:spacing w:before="0" w:after="0" w:lineRule="exact" w:line="330"/>
        <w:jc w:val="left"/>
      </w:pP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Field of study: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  Current occupation: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</w:p>
    <w:p>
      <w:pPr>
        <w:tabs>
          <w:tab w:pos="2516" w:val="left" w:leader="dot"/>
          <w:tab w:pos="5362" w:val="left" w:leader="dot"/>
          <w:tab w:pos="9046" w:val="right" w:leader="dot"/>
        </w:tabs>
        <w:spacing w:before="0" w:after="0" w:lineRule="exact" w:line="330"/>
        <w:jc w:val="left"/>
      </w:pP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Place of work: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  Responsibilities: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  Date joined state service: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</w:p>
    <w:p>
      <w:pPr>
        <w:tabs>
          <w:tab w:pos="4044" w:val="left" w:leader="dot"/>
          <w:tab w:pos="6476" w:val="left" w:leader="dot"/>
          <w:tab w:pos="9046" w:val="right" w:leader="dot"/>
        </w:tabs>
        <w:spacing w:before="0" w:after="0" w:lineRule="exact" w:line="330"/>
        <w:jc w:val="left"/>
      </w:pP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Current address:  Village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  District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  Province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</w:p>
    <w:p>
      <w:pPr>
        <w:spacing w:before="120" w:after="0" w:lineRule="exact" w:line="390"/>
        <w:ind w:firstLine="240"/>
        <w:jc w:val="left"/>
      </w:pPr>
      <w:r>
        <w:rPr>
          <w:rFonts w:ascii="Times New Roman" w:hAnsi="Times New Roman" w:cs="Times New Roman" w:eastAsia="Times New Roman"/>
          <w:b/>
          <w:sz w:val="26"/>
          <w:szCs w:val="26"/>
          <w:bCs/>
        </w:rPr>
        <w:t>2.  Personal History ( from age 8 to the present )</w:t>
      </w:r>
    </w:p>
    <w:p>
      <w:pPr>
        <w:tabs>
          <w:tab w:pos="9046" w:val="right" w:leader="dot"/>
        </w:tabs>
        <w:spacing w:before="60" w:after="0" w:lineRule="exact" w:line="330"/>
        <w:jc w:val="left"/>
      </w:pP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</w:p>
    <w:p>
      <w:pPr>
        <w:tabs>
          <w:tab w:pos="9046" w:val="right" w:leader="dot"/>
        </w:tabs>
        <w:spacing w:before="60" w:after="0" w:lineRule="exact" w:line="330"/>
        <w:jc w:val="left"/>
      </w:pP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</w:p>
    <w:p>
      <w:pPr>
        <w:tabs>
          <w:tab w:pos="9046" w:val="right" w:leader="dot"/>
        </w:tabs>
        <w:spacing w:before="60" w:after="0" w:lineRule="exact" w:line="330"/>
        <w:jc w:val="left"/>
      </w:pP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</w:p>
    <w:p>
      <w:pPr>
        <w:tabs>
          <w:tab w:pos="9046" w:val="right" w:leader="dot"/>
        </w:tabs>
        <w:spacing w:before="60" w:after="0" w:lineRule="exact" w:line="330"/>
        <w:jc w:val="left"/>
      </w:pP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</w:p>
    <w:p>
      <w:pPr>
        <w:spacing w:before="120" w:after="0" w:lineRule="exact" w:line="390"/>
        <w:ind w:firstLine="240"/>
        <w:jc w:val="left"/>
      </w:pPr>
      <w:r>
        <w:rPr>
          <w:rFonts w:ascii="Times New Roman" w:hAnsi="Times New Roman" w:cs="Times New Roman" w:eastAsia="Times New Roman"/>
          <w:b/>
          <w:sz w:val="26"/>
          <w:szCs w:val="26"/>
          <w:bCs/>
        </w:rPr>
        <w:t>3.  Family Background, Father and Mother:</w:t>
      </w:r>
    </w:p>
    <w:p>
      <w:pPr>
        <w:tabs>
          <w:tab w:pos="6866" w:val="left" w:leader="dot"/>
          <w:tab w:pos="8404" w:val="left" w:leader="dot"/>
        </w:tabs>
        <w:spacing w:before="0" w:after="0" w:lineRule="exact" w:line="330"/>
        <w:ind w:firstLine="240"/>
        <w:jc w:val="left"/>
      </w:pP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-   Father's full name: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  Age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 years</w:t>
      </w:r>
    </w:p>
    <w:p>
      <w:pPr>
        <w:tabs>
          <w:tab w:pos="3244" w:val="left" w:leader="dot"/>
          <w:tab w:pos="5516" w:val="left" w:leader="dot"/>
          <w:tab w:pos="9046" w:val="right" w:leader="dot"/>
        </w:tabs>
        <w:spacing w:before="0" w:after="0" w:lineRule="exact" w:line="330"/>
        <w:ind w:firstLine="480"/>
        <w:jc w:val="left"/>
      </w:pP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Nationality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  Race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  Occupation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</w:p>
    <w:p>
      <w:pPr>
        <w:tabs>
          <w:tab w:pos="4364" w:val="left" w:leader="dot"/>
          <w:tab w:pos="6636" w:val="left" w:leader="dot"/>
          <w:tab w:pos="9046" w:val="right" w:leader="dot"/>
        </w:tabs>
        <w:spacing w:before="0" w:after="0" w:lineRule="exact" w:line="330"/>
        <w:ind w:firstLine="480"/>
        <w:jc w:val="left"/>
      </w:pP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Current address:  Village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  District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  Province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</w:p>
    <w:p>
      <w:pPr>
        <w:tabs>
          <w:tab w:pos="6882" w:val="left" w:leader="dot"/>
          <w:tab w:pos="8404" w:val="left" w:leader="dot"/>
        </w:tabs>
        <w:spacing w:before="0" w:after="0" w:lineRule="exact" w:line="330"/>
        <w:ind w:firstLine="240"/>
        <w:jc w:val="left"/>
      </w:pP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-   Mother's full name: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  Age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 years</w:t>
      </w:r>
    </w:p>
    <w:p>
      <w:pPr>
        <w:tabs>
          <w:tab w:pos="3244" w:val="left" w:leader="dot"/>
          <w:tab w:pos="5516" w:val="left" w:leader="dot"/>
          <w:tab w:pos="9046" w:val="right" w:leader="dot"/>
        </w:tabs>
        <w:spacing w:before="0" w:after="0" w:lineRule="exact" w:line="330"/>
        <w:ind w:firstLine="480"/>
        <w:jc w:val="left"/>
      </w:pP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Nationality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  Race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  Occupation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</w:p>
    <w:p>
      <w:pPr>
        <w:tabs>
          <w:tab w:pos="4364" w:val="left" w:leader="dot"/>
          <w:tab w:pos="6636" w:val="left" w:leader="dot"/>
          <w:tab w:pos="9046" w:val="right" w:leader="dot"/>
        </w:tabs>
        <w:spacing w:before="0" w:after="0" w:lineRule="exact" w:line="330"/>
        <w:ind w:firstLine="480"/>
        <w:jc w:val="left"/>
      </w:pP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Current address:  Village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  District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  Province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</w:p>
    <w:p>
      <w:pPr>
        <w:spacing w:before="40" w:after="0" w:lineRule="exact" w:line="330"/>
        <w:ind w:firstLine="240"/>
        <w:jc w:val="left"/>
      </w:pPr>
      <w:r>
        <w:rPr>
          <w:rFonts w:ascii="Times New Roman" w:hAnsi="Times New Roman" w:cs="Times New Roman" w:eastAsia="Times New Roman"/>
          <w:b w:val="0"/>
          <w:sz w:val="24"/>
          <w:szCs w:val="24"/>
        </w:rPr>
        <w:t>-   Full names, ages, occupations and addresses of my brothers and sisters:</w:t>
      </w:r>
    </w:p>
    <w:p>
      <w:pPr>
        <w:tabs>
          <w:tab w:pos="9046" w:val="right" w:leader="dot"/>
        </w:tabs>
        <w:spacing w:before="0" w:after="0" w:lineRule="exact" w:line="330"/>
        <w:ind w:firstLine="480"/>
        <w:jc w:val="left"/>
      </w:pPr>
      <w:r>
        <w:rPr>
          <w:rFonts w:ascii="Times New Roman" w:hAnsi="Times New Roman" w:cs="Times New Roman" w:eastAsia="Times New Roman"/>
          <w:b w:val="0"/>
          <w:sz w:val="24"/>
          <w:szCs w:val="24"/>
        </w:rPr>
        <w:t>1.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</w:p>
    <w:p>
      <w:pPr>
        <w:tabs>
          <w:tab w:pos="9046" w:val="right" w:leader="dot"/>
        </w:tabs>
        <w:spacing w:before="0" w:after="0" w:lineRule="exact" w:line="330"/>
        <w:ind w:firstLine="480"/>
        <w:jc w:val="left"/>
      </w:pPr>
      <w:r>
        <w:rPr>
          <w:rFonts w:ascii="Times New Roman" w:hAnsi="Times New Roman" w:cs="Times New Roman" w:eastAsia="Times New Roman"/>
          <w:b w:val="0"/>
          <w:sz w:val="24"/>
          <w:szCs w:val="24"/>
        </w:rPr>
        <w:t>2.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</w:p>
    <w:p>
      <w:pPr>
        <w:tabs>
          <w:tab w:pos="9046" w:val="right" w:leader="dot"/>
        </w:tabs>
        <w:spacing w:before="0" w:after="0" w:lineRule="exact" w:line="330"/>
        <w:ind w:firstLine="480"/>
        <w:jc w:val="left"/>
      </w:pPr>
      <w:r>
        <w:rPr>
          <w:rFonts w:ascii="Times New Roman" w:hAnsi="Times New Roman" w:cs="Times New Roman" w:eastAsia="Times New Roman"/>
          <w:b w:val="0"/>
          <w:sz w:val="24"/>
          <w:szCs w:val="24"/>
        </w:rPr>
        <w:t>3.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</w:p>
    <w:p>
      <w:pPr>
        <w:tabs>
          <w:tab w:pos="9046" w:val="right" w:leader="dot"/>
        </w:tabs>
        <w:spacing w:before="0" w:after="0" w:lineRule="exact" w:line="330"/>
        <w:ind w:firstLine="480"/>
        <w:jc w:val="left"/>
      </w:pPr>
      <w:r>
        <w:rPr>
          <w:rFonts w:ascii="Times New Roman" w:hAnsi="Times New Roman" w:cs="Times New Roman" w:eastAsia="Times New Roman"/>
          <w:b w:val="0"/>
          <w:sz w:val="24"/>
          <w:szCs w:val="24"/>
        </w:rPr>
        <w:t>4.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</w:p>
    <w:p>
      <w:pPr>
        <w:tabs>
          <w:tab w:pos="9046" w:val="right" w:leader="dot"/>
        </w:tabs>
        <w:spacing w:before="0" w:after="0" w:lineRule="exact" w:line="330"/>
        <w:ind w:firstLine="480"/>
        <w:jc w:val="left"/>
      </w:pPr>
      <w:r>
        <w:rPr>
          <w:rFonts w:ascii="Times New Roman" w:hAnsi="Times New Roman" w:cs="Times New Roman" w:eastAsia="Times New Roman"/>
          <w:b w:val="0"/>
          <w:sz w:val="24"/>
          <w:szCs w:val="24"/>
        </w:rPr>
        <w:t>5.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</w:p>
    <w:p>
      <w:pPr>
        <w:spacing w:before="80" w:after="0" w:lineRule="exact" w:line="330"/>
        <w:ind w:firstLine="720"/>
        <w:jc w:val="both"/>
      </w:pPr>
      <w:r>
        <w:rPr>
          <w:rFonts w:ascii="Times New Roman" w:hAnsi="Times New Roman" w:cs="Times New Roman" w:eastAsia="Times New Roman"/>
          <w:b w:val="0"/>
          <w:sz w:val="24"/>
          <w:szCs w:val="24"/>
        </w:rPr>
        <w:t>I hereby certify that this biography is true and correct in every respect. If any part of it is found to be untrue, I accept full responsibility under the law.</w:t>
      </w:r>
    </w:p>
    <w:p>
      <w:pPr>
        <w:tabs>
          <w:tab w:pos="6496" w:val="left" w:leader="dot"/>
          <w:tab w:pos="9046" w:val="right" w:leader="dot"/>
        </w:tabs>
        <w:spacing w:before="80" w:after="0" w:lineRule="exact" w:line="330"/>
        <w:ind w:firstLine="4000"/>
        <w:jc w:val="left"/>
      </w:pP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Place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 xml:space="preserve">  Date </w:t>
      </w:r>
      <w:r>
        <w:rPr>
          <w:rFonts w:ascii="Times New Roman" w:hAnsi="Times New Roman" w:cs="Times New Roman" w:eastAsia="Times New Roman"/>
          <w:b w:val="0"/>
          <w:sz w:val="24"/>
          <w:szCs w:val="24"/>
        </w:rPr>
        <w:tab/>
      </w:r>
    </w:p>
    <w:p>
      <w:pPr>
        <w:tabs>
          <w:tab w:pos="2268" w:val="center"/>
          <w:tab w:pos="7056" w:val="center"/>
        </w:tabs>
        <w:spacing w:before="200" w:after="0" w:lineRule="exact" w:line="390"/>
        <w:jc w:val="left"/>
      </w:pPr>
      <w:r>
        <w:rPr>
          <w:rFonts w:ascii="Times New Roman" w:hAnsi="Times New Roman" w:cs="Times New Roman" w:eastAsia="Times New Roman"/>
          <w:b/>
          <w:sz w:val="24"/>
          <w:szCs w:val="24"/>
          <w:bCs/>
        </w:rPr>
        <w:tab/>
        <w:t>On behalf of the Administrative Committee</w:t>
      </w:r>
      <w:r>
        <w:rPr>
          <w:rFonts w:ascii="Times New Roman" w:hAnsi="Times New Roman" w:cs="Times New Roman" w:eastAsia="Times New Roman"/>
          <w:b/>
          <w:sz w:val="24"/>
          <w:szCs w:val="24"/>
          <w:bCs/>
        </w:rPr>
        <w:tab/>
        <w:t>Signature of the Biography Owner</w:t>
      </w:r>
    </w:p>
    <w:p>
      <w:pPr>
        <w:tabs>
          <w:tab w:pos="2268" w:val="center"/>
          <w:tab w:pos="7056" w:val="center"/>
        </w:tabs>
        <w:spacing w:before="0" w:after="0" w:lineRule="exact" w:line="390"/>
        <w:jc w:val="left"/>
      </w:pPr>
      <w:r>
        <w:rPr>
          <w:rFonts w:ascii="Times New Roman" w:hAnsi="Times New Roman" w:cs="Times New Roman" w:eastAsia="Times New Roman"/>
          <w:b/>
          <w:sz w:val="24"/>
          <w:szCs w:val="24"/>
          <w:bCs/>
        </w:rPr>
        <w:tab/>
        <w:t>of Sivilai Tasseng</w:t>
      </w:r>
    </w:p>
    <w:p>
      <w:pPr>
        <w:tabs>
          <w:tab w:pos="2268" w:val="center"/>
          <w:tab w:pos="7056" w:val="center"/>
        </w:tabs>
        <w:spacing w:before="0" w:after="0" w:lineRule="exact" w:line="390"/>
        <w:jc w:val="left"/>
      </w:pPr>
      <w:r>
        <w:rPr>
          <w:rFonts w:ascii="Times New Roman" w:hAnsi="Times New Roman" w:cs="Times New Roman" w:eastAsia="Times New Roman"/>
          <w:b/>
          <w:sz w:val="24"/>
          <w:szCs w:val="24"/>
          <w:bCs/>
        </w:rPr>
        <w:tab/>
        <w:t>Chairman</w:t>
      </w:r>
    </w:p>
    <w:p>
      <w:pPr>
        <w:spacing w:after="0" w:lineRule="exact" w:line="1120"/>
      </w:pPr>
    </w:p>
    <w:sectPr w:rsidR="00FC693F" w:rsidRPr="0006063C" w:rsidSect="00034616">
      <w:pgSz w:w="11906" w:h="16838"/>
      <w:pgMar w:top="520" w:right="1420" w:bottom="5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 Biography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