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660400" cy="58069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mble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0400" cy="5806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 w:lineRule="exact" w:line="380"/>
        <w:jc w:val="center"/>
      </w:pP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>ສາທາລະນະລັດ ປະຊາທິປະໄຕ ປະຊາຊົນລາວ</w:t>
      </w:r>
    </w:p>
    <w:p>
      <w:pPr>
        <w:spacing w:before="0" w:after="0" w:lineRule="exact" w:line="380"/>
        <w:jc w:val="center"/>
      </w:pP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>ສັນຕິພາບ ເອກະລາດ ປະຊາທິປະໄຕ ເອກະພາບ ວັດທະນະຖາວອນ</w:t>
      </w:r>
    </w:p>
    <w:p>
      <w:pPr>
        <w:spacing w:before="240" w:after="0" w:lineRule="exact" w:line="520"/>
        <w:jc w:val="center"/>
      </w:pPr>
      <w:r>
        <w:rPr>
          <w:rFonts w:ascii="Phetsarath OT" w:hAnsi="Phetsarath OT" w:cs="Phetsarath OT" w:eastAsia="Phetsarath OT"/>
          <w:b/>
          <w:sz w:val="32"/>
          <w:szCs w:val="32"/>
          <w:bCs/>
          <w:lang w:bidi="lo-LA"/>
        </w:rPr>
        <w:t>ຊີວະປະຫວັດຫຍໍ້</w:t>
      </w:r>
    </w:p>
    <w:p>
      <w:pPr>
        <w:spacing w:before="80" w:after="0" w:lineRule="exact" w:line="440"/>
        <w:ind w:firstLine="240"/>
        <w:jc w:val="left"/>
      </w:pPr>
      <w:r>
        <w:rPr>
          <w:rFonts w:ascii="Phetsarath OT" w:hAnsi="Phetsarath OT" w:cs="Phetsarath OT" w:eastAsia="Phetsarath OT"/>
          <w:b/>
          <w:sz w:val="28"/>
          <w:szCs w:val="28"/>
          <w:bCs/>
          <w:lang w:bidi="lo-LA"/>
        </w:rPr>
        <w:t>1.  ສະພາບຕົນເອງ:</w:t>
      </w:r>
    </w:p>
    <w:p>
      <w:pPr>
        <w:tabs>
          <w:tab w:pos="5600" w:val="left" w:leader="dot"/>
          <w:tab w:pos="9046" w:val="right" w:leader="dot"/>
        </w:tabs>
        <w:spacing w:before="0" w:after="0" w:lineRule="exact" w:line="380"/>
        <w:jc w:val="left"/>
      </w:pP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>ຊື່ ແລະ ນາມສະກຸນ:</w:t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ab/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>ວັນ,ເດືອນ,ປີເກີດ</w:t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ab/>
      </w:r>
    </w:p>
    <w:p>
      <w:pPr>
        <w:tabs>
          <w:tab w:pos="2300" w:val="left" w:leader="dot"/>
          <w:tab w:pos="4400" w:val="left" w:leader="dot"/>
          <w:tab w:pos="6580" w:val="left" w:leader="dot"/>
          <w:tab w:pos="7800" w:val="left" w:leader="dot"/>
          <w:tab w:pos="9046" w:val="right" w:leader="dot"/>
        </w:tabs>
        <w:spacing w:before="0" w:after="0" w:lineRule="exact" w:line="380"/>
        <w:jc w:val="left"/>
      </w:pP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>ບ້ານເກີດ</w:t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ab/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>ເມືອງ</w:t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ab/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>ແຂວງ</w:t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ab/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>ເຊື້ອຊາດ</w:t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ab/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>ສັນຊາດ</w:t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ab/>
      </w:r>
    </w:p>
    <w:p>
      <w:pPr>
        <w:tabs>
          <w:tab w:pos="1240" w:val="left" w:leader="dot"/>
          <w:tab w:pos="2560" w:val="left" w:leader="dot"/>
          <w:tab w:pos="6240" w:val="left" w:leader="dot"/>
          <w:tab w:pos="9046" w:val="right" w:leader="dot"/>
        </w:tabs>
        <w:spacing w:before="0" w:after="0" w:lineRule="exact" w:line="380"/>
        <w:jc w:val="left"/>
      </w:pP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>ຊົນເຜົ່າ</w:t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ab/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>ສາສະໜາ</w:t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ab/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>ສຳມະໂນຄົວເລກທີ</w:t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ab/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>ລົງວັນທີ</w:t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ab/>
      </w:r>
    </w:p>
    <w:p>
      <w:pPr>
        <w:tabs>
          <w:tab w:pos="3300" w:val="left" w:leader="dot"/>
          <w:tab w:pos="5400" w:val="left" w:leader="dot"/>
          <w:tab w:pos="9046" w:val="right" w:leader="dot"/>
        </w:tabs>
        <w:spacing w:before="0" w:after="0" w:lineRule="exact" w:line="380"/>
        <w:jc w:val="left"/>
      </w:pP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>ບັດປະຈຳຕົວເລກທີ</w:t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ab/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>ລົງວັນທີ</w:t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ab/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>ລະດັບການສຶກສາ</w:t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ab/>
      </w:r>
    </w:p>
    <w:p>
      <w:pPr>
        <w:tabs>
          <w:tab w:pos="2800" w:val="left" w:leader="dot"/>
          <w:tab w:pos="6160" w:val="left" w:leader="dot"/>
          <w:tab w:pos="9046" w:val="right" w:leader="dot"/>
        </w:tabs>
        <w:spacing w:before="0" w:after="0" w:lineRule="exact" w:line="380"/>
        <w:jc w:val="left"/>
      </w:pP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>ລະດັບວິຊາສະເພາະ</w:t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ab/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>ສາຂາວິຊາ</w:t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ab/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>ອາຊີບປະຈຸບັນ</w:t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ab/>
      </w:r>
    </w:p>
    <w:p>
      <w:pPr>
        <w:tabs>
          <w:tab w:pos="2200" w:val="left" w:leader="dot"/>
          <w:tab w:pos="5240" w:val="left" w:leader="dot"/>
          <w:tab w:pos="9046" w:val="right" w:leader="dot"/>
        </w:tabs>
        <w:spacing w:before="0" w:after="0" w:lineRule="exact" w:line="380"/>
        <w:jc w:val="left"/>
      </w:pP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>ບ່ອນປະຈຳການ</w:t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ab/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>ໜ້າທີ່ຮັບຜິດຊອບ</w:t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ab/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>ວັນ/ເດືອນ/ປີສັງກັດລັດ</w:t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ab/>
      </w:r>
    </w:p>
    <w:p>
      <w:pPr>
        <w:tabs>
          <w:tab w:pos="3300" w:val="left" w:leader="dot"/>
          <w:tab w:pos="6000" w:val="left" w:leader="dot"/>
          <w:tab w:pos="9046" w:val="right" w:leader="dot"/>
        </w:tabs>
        <w:spacing w:before="0" w:after="0" w:lineRule="exact" w:line="380"/>
        <w:jc w:val="left"/>
      </w:pP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>ປະຈຸບັນຢູ່ບ້ານ</w:t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ab/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>ເມືອງ</w:t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ab/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>ແຂວງ</w:t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ab/>
      </w:r>
    </w:p>
    <w:p>
      <w:pPr>
        <w:spacing w:before="120" w:after="0" w:lineRule="exact" w:line="440"/>
        <w:ind w:firstLine="240"/>
        <w:jc w:val="left"/>
      </w:pPr>
      <w:r>
        <w:rPr>
          <w:rFonts w:ascii="Phetsarath OT" w:hAnsi="Phetsarath OT" w:cs="Phetsarath OT" w:eastAsia="Phetsarath OT"/>
          <w:b/>
          <w:sz w:val="28"/>
          <w:szCs w:val="28"/>
          <w:bCs/>
          <w:lang w:bidi="lo-LA"/>
        </w:rPr>
        <w:t>2.  ການເຄື່ອນໄຫວຂອງຕົນໃນໄລຍະ ( ອາຍຸ 8 ປີ ເຖິງປະຈຸບັນ )</w:t>
      </w:r>
    </w:p>
    <w:p>
      <w:pPr>
        <w:tabs>
          <w:tab w:pos="9046" w:val="right" w:leader="dot"/>
        </w:tabs>
        <w:spacing w:before="60" w:after="0" w:lineRule="exact" w:line="380"/>
        <w:jc w:val="left"/>
      </w:pP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ab/>
      </w:r>
    </w:p>
    <w:p>
      <w:pPr>
        <w:tabs>
          <w:tab w:pos="9046" w:val="right" w:leader="dot"/>
        </w:tabs>
        <w:spacing w:before="60" w:after="0" w:lineRule="exact" w:line="380"/>
        <w:jc w:val="left"/>
      </w:pP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ab/>
      </w:r>
    </w:p>
    <w:p>
      <w:pPr>
        <w:tabs>
          <w:tab w:pos="9046" w:val="right" w:leader="dot"/>
        </w:tabs>
        <w:spacing w:before="60" w:after="0" w:lineRule="exact" w:line="380"/>
        <w:jc w:val="left"/>
      </w:pP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ab/>
      </w:r>
    </w:p>
    <w:p>
      <w:pPr>
        <w:tabs>
          <w:tab w:pos="9046" w:val="right" w:leader="dot"/>
        </w:tabs>
        <w:spacing w:before="60" w:after="0" w:lineRule="exact" w:line="380"/>
        <w:jc w:val="left"/>
      </w:pP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ab/>
      </w:r>
    </w:p>
    <w:p>
      <w:pPr>
        <w:spacing w:before="120" w:after="0" w:lineRule="exact" w:line="440"/>
        <w:ind w:firstLine="240"/>
        <w:jc w:val="left"/>
      </w:pPr>
      <w:r>
        <w:rPr>
          <w:rFonts w:ascii="Phetsarath OT" w:hAnsi="Phetsarath OT" w:cs="Phetsarath OT" w:eastAsia="Phetsarath OT"/>
          <w:b/>
          <w:sz w:val="28"/>
          <w:szCs w:val="28"/>
          <w:bCs/>
          <w:lang w:bidi="lo-LA"/>
        </w:rPr>
        <w:t>3.  ສະພາບຄອບຄົວພໍ່, ແມ່:</w:t>
      </w:r>
    </w:p>
    <w:p>
      <w:pPr>
        <w:tabs>
          <w:tab w:pos="5620" w:val="left" w:leader="dot"/>
          <w:tab w:pos="6420" w:val="left" w:leader="dot"/>
          <w:tab w:pos="7840" w:val="left" w:leader="dot"/>
          <w:tab w:pos="9046" w:val="right" w:leader="dot"/>
        </w:tabs>
        <w:spacing w:before="0" w:after="0" w:lineRule="exact" w:line="380"/>
        <w:ind w:firstLine="240"/>
        <w:jc w:val="left"/>
      </w:pP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>-   ຊື່ ແລະ ນາມສະກຸນພໍ່ :</w:t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ab/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>ອາຍຸ</w:t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ab/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>ປີ, ສັນຊາດ</w:t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ab/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>ເຊື້ອຊາດ</w:t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ab/>
      </w:r>
    </w:p>
    <w:p>
      <w:pPr>
        <w:tabs>
          <w:tab w:pos="1880" w:val="left" w:leader="dot"/>
          <w:tab w:pos="4840" w:val="left" w:leader="dot"/>
          <w:tab w:pos="6860" w:val="left" w:leader="dot"/>
          <w:tab w:pos="9046" w:val="right" w:leader="dot"/>
        </w:tabs>
        <w:spacing w:before="0" w:after="0" w:lineRule="exact" w:line="380"/>
        <w:jc w:val="left"/>
      </w:pP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>ອາຊີບ</w:t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ab/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>ປະຈຸບັນຢູ່ບ້ານ</w:t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ab/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>ເມືອງ</w:t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ab/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>ແຂວງ</w:t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ab/>
      </w:r>
    </w:p>
    <w:p>
      <w:pPr>
        <w:tabs>
          <w:tab w:pos="5620" w:val="left" w:leader="dot"/>
          <w:tab w:pos="6420" w:val="left" w:leader="dot"/>
          <w:tab w:pos="7840" w:val="left" w:leader="dot"/>
          <w:tab w:pos="9046" w:val="right" w:leader="dot"/>
        </w:tabs>
        <w:spacing w:before="0" w:after="0" w:lineRule="exact" w:line="380"/>
        <w:ind w:firstLine="240"/>
        <w:jc w:val="left"/>
      </w:pP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>-   ຊື່ ແລະ ນາມສະກຸນແມ່ :</w:t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ab/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>ອາຍຸ</w:t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ab/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>ປີ, ສັນຊາດ</w:t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ab/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>ເຊື້ອຊາດ</w:t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ab/>
      </w:r>
    </w:p>
    <w:p>
      <w:pPr>
        <w:tabs>
          <w:tab w:pos="1880" w:val="left" w:leader="dot"/>
          <w:tab w:pos="4840" w:val="left" w:leader="dot"/>
          <w:tab w:pos="6860" w:val="left" w:leader="dot"/>
          <w:tab w:pos="9046" w:val="right" w:leader="dot"/>
        </w:tabs>
        <w:spacing w:before="0" w:after="0" w:lineRule="exact" w:line="380"/>
        <w:jc w:val="left"/>
      </w:pP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>ອາຊີບ</w:t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ab/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>ປະຈຸບັນຢູ່ບ້ານ</w:t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ab/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>ເມືອງ</w:t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ab/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>ແຂວງ</w:t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ab/>
      </w:r>
    </w:p>
    <w:p>
      <w:pPr>
        <w:spacing w:before="0" w:after="0" w:lineRule="exact" w:line="380"/>
        <w:ind w:firstLine="240"/>
        <w:jc w:val="left"/>
      </w:pP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>-   ຊື່ ແລະ ນາມສະກຸນ, ອາຍຸ, ອາຊີບ,ບ່ອນຢູ່ ຂອງອ້າຍ,ເອື້ອຍ,ນ້ອງຄີງຂອງຕົນ.</w:t>
      </w:r>
    </w:p>
    <w:p>
      <w:pPr>
        <w:tabs>
          <w:tab w:pos="9046" w:val="right" w:leader="dot"/>
        </w:tabs>
        <w:spacing w:before="0" w:after="0" w:lineRule="exact" w:line="380"/>
        <w:ind w:firstLine="480"/>
        <w:jc w:val="left"/>
      </w:pP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>1.</w:t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ab/>
      </w:r>
    </w:p>
    <w:p>
      <w:pPr>
        <w:tabs>
          <w:tab w:pos="9046" w:val="right" w:leader="dot"/>
        </w:tabs>
        <w:spacing w:before="0" w:after="0" w:lineRule="exact" w:line="380"/>
        <w:ind w:firstLine="480"/>
        <w:jc w:val="left"/>
      </w:pP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>2.</w:t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ab/>
      </w:r>
    </w:p>
    <w:p>
      <w:pPr>
        <w:tabs>
          <w:tab w:pos="9046" w:val="right" w:leader="dot"/>
        </w:tabs>
        <w:spacing w:before="0" w:after="0" w:lineRule="exact" w:line="380"/>
        <w:ind w:firstLine="480"/>
        <w:jc w:val="left"/>
      </w:pP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>3.</w:t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ab/>
      </w:r>
    </w:p>
    <w:p>
      <w:pPr>
        <w:tabs>
          <w:tab w:pos="9046" w:val="right" w:leader="dot"/>
        </w:tabs>
        <w:spacing w:before="0" w:after="0" w:lineRule="exact" w:line="380"/>
        <w:ind w:firstLine="480"/>
        <w:jc w:val="left"/>
      </w:pP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>4.</w:t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ab/>
      </w:r>
    </w:p>
    <w:p>
      <w:pPr>
        <w:tabs>
          <w:tab w:pos="9046" w:val="right" w:leader="dot"/>
        </w:tabs>
        <w:spacing w:before="0" w:after="0" w:lineRule="exact" w:line="380"/>
        <w:ind w:firstLine="480"/>
        <w:jc w:val="left"/>
      </w:pP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>5.</w:t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ab/>
      </w:r>
    </w:p>
    <w:p>
      <w:pPr>
        <w:spacing w:before="80" w:after="0" w:lineRule="exact" w:line="380"/>
        <w:ind w:firstLine="960"/>
        <w:jc w:val="left"/>
      </w:pP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>ຂ້າພະເຈົ້າຂໍຢັ້ງຢືນວ່າ ຊີວະປະຫວັດນີ້ຖືກຕ້ອງຕາມຄວາມຈິງແທ້ທຸກປະການ ຖ້າຜິດຈາກຄວາມຈິງ ຂ້າພະເຈົ້າຂໍຮັບຜິດຊອບຕາມກົດໝາຍ</w:t>
      </w:r>
    </w:p>
    <w:p>
      <w:pPr>
        <w:tabs>
          <w:tab w:pos="6600" w:val="left" w:leader="dot"/>
          <w:tab w:pos="9046" w:val="right" w:leader="dot"/>
        </w:tabs>
        <w:spacing w:before="120" w:after="0" w:lineRule="exact" w:line="380"/>
        <w:ind w:firstLine="4080"/>
        <w:jc w:val="left"/>
      </w:pP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>ທີ່</w:t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ab/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>ວັນທີ</w:t>
      </w:r>
      <w:r>
        <w:rPr>
          <w:rFonts w:ascii="Phetsarath OT" w:hAnsi="Phetsarath OT" w:cs="Phetsarath OT" w:eastAsia="Phetsarath OT"/>
          <w:b w:val="0"/>
          <w:sz w:val="24"/>
          <w:szCs w:val="24"/>
          <w:lang w:bidi="lo-LA"/>
        </w:rPr>
        <w:tab/>
      </w:r>
    </w:p>
    <w:p>
      <w:pPr>
        <w:tabs>
          <w:tab w:pos="9046" w:val="right"/>
        </w:tabs>
        <w:spacing w:before="200" w:after="0" w:lineRule="exact" w:line="440"/>
        <w:jc w:val="left"/>
      </w:pPr>
      <w:r>
        <w:rPr>
          <w:rFonts w:ascii="Phetsarath OT" w:hAnsi="Phetsarath OT" w:cs="Phetsarath OT" w:eastAsia="Phetsarath OT"/>
          <w:b/>
          <w:sz w:val="26"/>
          <w:szCs w:val="26"/>
          <w:bCs/>
          <w:lang w:bidi="lo-LA"/>
        </w:rPr>
        <w:t>ຕາງໜ້າ ຄະນະກຳມະການປົກຄອງຕາແສງສີວິໄລ</w:t>
      </w:r>
      <w:r>
        <w:rPr>
          <w:rFonts w:ascii="Phetsarath OT" w:hAnsi="Phetsarath OT" w:cs="Phetsarath OT" w:eastAsia="Phetsarath OT"/>
          <w:b w:val="0"/>
          <w:sz w:val="26"/>
          <w:szCs w:val="26"/>
          <w:lang w:bidi="lo-LA"/>
        </w:rPr>
        <w:tab/>
      </w:r>
      <w:r>
        <w:rPr>
          <w:rFonts w:ascii="Phetsarath OT" w:hAnsi="Phetsarath OT" w:cs="Phetsarath OT" w:eastAsia="Phetsarath OT"/>
          <w:b/>
          <w:sz w:val="26"/>
          <w:szCs w:val="26"/>
          <w:bCs/>
          <w:lang w:bidi="lo-LA"/>
        </w:rPr>
        <w:t>ລາຍເຊັນເຈົ້າຂອງປະຫວັດ</w:t>
      </w:r>
    </w:p>
    <w:p>
      <w:pPr>
        <w:spacing w:before="0" w:after="0" w:lineRule="exact" w:line="440"/>
        <w:ind w:firstLine="1920"/>
        <w:jc w:val="left"/>
      </w:pPr>
      <w:r>
        <w:rPr>
          <w:rFonts w:ascii="Phetsarath OT" w:hAnsi="Phetsarath OT" w:cs="Phetsarath OT" w:eastAsia="Phetsarath OT"/>
          <w:b/>
          <w:sz w:val="26"/>
          <w:szCs w:val="26"/>
          <w:bCs/>
          <w:lang w:bidi="lo-LA"/>
        </w:rPr>
        <w:t>ປະທານ</w:t>
      </w:r>
    </w:p>
    <w:sectPr w:rsidR="00FC693F" w:rsidRPr="0006063C" w:rsidSect="00034616">
      <w:pgSz w:w="11906" w:h="16838"/>
      <w:pgMar w:top="720" w:right="14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Phetsarath OT" w:hAnsi="Phetsarath OT" w:cs="Phetsarath OT" w:eastAsia="Phetsarath OT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ຊີວະປະຫວັດຫຍໍ້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